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D83DD"/>
          <w:sz w:val="44"/>
        </w:rPr>
        <w:t>INVOICE</w:t>
      </w:r>
    </w:p>
    <w:p>
      <w:r>
        <w:rPr>
          <w:i/>
          <w:color w:val="666666"/>
          <w:sz w:val="17"/>
        </w:rPr>
        <w:t>Fill in on screen or print. Delete the VAT columns if you are not VAT-registered.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3"/>
            <w:shd w:val="clear" w:color="auto" w:fill="F1F4F8"/>
          </w:tcPr>
          <w:p>
            <w:r/>
            <w:r>
              <w:rPr>
                <w:b/>
                <w:sz w:val="15"/>
              </w:rPr>
              <w:t>FROM: YOUR NAME / BUSINESS NAME, ADDRESS, PHONE, EMAIL</w:t>
            </w:r>
          </w:p>
        </w:tc>
        <w:tc>
          <w:tcPr>
            <w:tcW w:type="dxa" w:w="5103"/>
            <w:shd w:val="clear" w:color="auto" w:fill="F1F4F8"/>
          </w:tcPr>
          <w:p>
            <w:r/>
            <w:r>
              <w:rPr>
                <w:b/>
                <w:sz w:val="15"/>
              </w:rPr>
              <w:t>INVOICE NUMBER / INVOICE DATE / SUPPLY DATE (TAX POINT) / DUE DATE</w:t>
            </w:r>
          </w:p>
        </w:tc>
      </w:tr>
      <w:tr>
        <w:tc>
          <w:tcPr>
            <w:tcW w:type="dxa" w:w="5103"/>
          </w:tcPr>
          <w:p>
            <w:r>
              <w:br/>
              <w:br/>
              <w:br/>
            </w:r>
          </w:p>
        </w:tc>
        <w:tc>
          <w:tcPr>
            <w:tcW w:type="dxa" w:w="5103"/>
          </w:tcPr>
          <w:p>
            <w:r>
              <w:br/>
              <w:br/>
              <w:br/>
            </w:r>
          </w:p>
        </w:tc>
      </w:tr>
      <w:tr>
        <w:tc>
          <w:tcPr>
            <w:tcW w:type="dxa" w:w="5103"/>
            <w:shd w:val="clear" w:color="auto" w:fill="F1F4F8"/>
          </w:tcPr>
          <w:p>
            <w:r/>
            <w:r>
              <w:rPr>
                <w:b/>
                <w:sz w:val="15"/>
              </w:rPr>
              <w:t>YOUR VAT NUMBER (IF REGISTERED) / COMPANY NUMBER (IF LIMITED COMPANY)</w:t>
            </w:r>
          </w:p>
        </w:tc>
        <w:tc>
          <w:tcPr>
            <w:tcW w:type="dxa" w:w="5103"/>
            <w:shd w:val="clear" w:color="auto" w:fill="F1F4F8"/>
          </w:tcPr>
          <w:p>
            <w:r/>
            <w:r>
              <w:rPr>
                <w:b/>
                <w:sz w:val="15"/>
              </w:rPr>
              <w:t>JOB OR ORDER REFERENCE</w:t>
            </w:r>
          </w:p>
        </w:tc>
      </w:tr>
      <w:tr>
        <w:tc>
          <w:tcPr>
            <w:tcW w:type="dxa" w:w="5103"/>
          </w:tcPr>
          <w:p>
            <w:r>
              <w:br/>
            </w:r>
          </w:p>
        </w:tc>
        <w:tc>
          <w:tcPr>
            <w:tcW w:type="dxa" w:w="5103"/>
          </w:tcPr>
          <w:p>
            <w:r>
              <w:br/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F1F4F8"/>
          </w:tcPr>
          <w:p>
            <w:r/>
            <w:r>
              <w:rPr>
                <w:b/>
                <w:sz w:val="15"/>
              </w:rPr>
              <w:t>BILL TO: CUSTOMER NAME AND ADDRESS</w:t>
            </w:r>
          </w:p>
        </w:tc>
      </w:tr>
      <w:tr>
        <w:tc>
          <w:tcPr>
            <w:tcW w:type="dxa" w:w="10206"/>
          </w:tcPr>
          <w:p>
            <w:r>
              <w:br/>
              <w:br/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1"/>
        <w:gridCol w:w="1701"/>
        <w:gridCol w:w="1701"/>
        <w:gridCol w:w="1701"/>
        <w:gridCol w:w="1701"/>
        <w:gridCol w:w="1701"/>
      </w:tblGrid>
      <w:tr>
        <w:tc>
          <w:tcPr>
            <w:tcW w:type="dxa" w:w="3742"/>
            <w:shd w:val="clear" w:color="auto" w:fill="0D83DD"/>
          </w:tcPr>
          <w:p>
            <w:r/>
            <w:r>
              <w:rPr>
                <w:b/>
                <w:color w:val="FFFFFF"/>
                <w:sz w:val="17"/>
              </w:rPr>
              <w:t>Description of goods / services</w:t>
            </w:r>
          </w:p>
        </w:tc>
        <w:tc>
          <w:tcPr>
            <w:tcW w:type="dxa" w:w="794"/>
            <w:shd w:val="clear" w:color="auto" w:fill="0D83DD"/>
          </w:tcPr>
          <w:p>
            <w:r/>
            <w:r>
              <w:rPr>
                <w:b/>
                <w:color w:val="FFFFFF"/>
                <w:sz w:val="17"/>
              </w:rPr>
              <w:t>Qty</w:t>
            </w:r>
          </w:p>
        </w:tc>
        <w:tc>
          <w:tcPr>
            <w:tcW w:type="dxa" w:w="1361"/>
            <w:shd w:val="clear" w:color="auto" w:fill="0D83DD"/>
          </w:tcPr>
          <w:p>
            <w:r/>
            <w:r>
              <w:rPr>
                <w:b/>
                <w:color w:val="FFFFFF"/>
                <w:sz w:val="17"/>
              </w:rPr>
              <w:t>Unit price</w:t>
            </w:r>
          </w:p>
        </w:tc>
        <w:tc>
          <w:tcPr>
            <w:tcW w:type="dxa" w:w="1020"/>
            <w:shd w:val="clear" w:color="auto" w:fill="0D83DD"/>
          </w:tcPr>
          <w:p>
            <w:r/>
            <w:r>
              <w:rPr>
                <w:b/>
                <w:color w:val="FFFFFF"/>
                <w:sz w:val="17"/>
              </w:rPr>
              <w:t>VAT rate</w:t>
            </w:r>
          </w:p>
        </w:tc>
        <w:tc>
          <w:tcPr>
            <w:tcW w:type="dxa" w:w="1587"/>
            <w:shd w:val="clear" w:color="auto" w:fill="0D83DD"/>
          </w:tcPr>
          <w:p>
            <w:r/>
            <w:r>
              <w:rPr>
                <w:b/>
                <w:color w:val="FFFFFF"/>
                <w:sz w:val="17"/>
              </w:rPr>
              <w:t>Net amount</w:t>
            </w:r>
          </w:p>
        </w:tc>
        <w:tc>
          <w:tcPr>
            <w:tcW w:type="dxa" w:w="1474"/>
            <w:shd w:val="clear" w:color="auto" w:fill="0D83DD"/>
          </w:tcPr>
          <w:p>
            <w:r/>
            <w:r>
              <w:rPr>
                <w:b/>
                <w:color w:val="FFFFFF"/>
                <w:sz w:val="17"/>
              </w:rPr>
              <w:t>VAT</w:t>
            </w:r>
          </w:p>
        </w:tc>
      </w:tr>
      <w:tr>
        <w:trPr>
          <w:trHeight w:val="397"/>
        </w:trPr>
        <w:tc>
          <w:tcPr>
            <w:tcW w:type="dxa" w:w="3742"/>
          </w:tcPr>
          <w:p/>
        </w:tc>
        <w:tc>
          <w:tcPr>
            <w:tcW w:type="dxa" w:w="794"/>
          </w:tcPr>
          <w:p/>
        </w:tc>
        <w:tc>
          <w:tcPr>
            <w:tcW w:type="dxa" w:w="1361"/>
          </w:tcPr>
          <w:p/>
        </w:tc>
        <w:tc>
          <w:tcPr>
            <w:tcW w:type="dxa" w:w="1020"/>
          </w:tcPr>
          <w:p/>
        </w:tc>
        <w:tc>
          <w:tcPr>
            <w:tcW w:type="dxa" w:w="1587"/>
          </w:tcPr>
          <w:p/>
        </w:tc>
        <w:tc>
          <w:tcPr>
            <w:tcW w:type="dxa" w:w="1474"/>
          </w:tcPr>
          <w:p/>
        </w:tc>
      </w:tr>
      <w:tr>
        <w:trPr>
          <w:trHeight w:val="397"/>
        </w:trPr>
        <w:tc>
          <w:tcPr>
            <w:tcW w:type="dxa" w:w="3742"/>
          </w:tcPr>
          <w:p/>
        </w:tc>
        <w:tc>
          <w:tcPr>
            <w:tcW w:type="dxa" w:w="794"/>
          </w:tcPr>
          <w:p/>
        </w:tc>
        <w:tc>
          <w:tcPr>
            <w:tcW w:type="dxa" w:w="1361"/>
          </w:tcPr>
          <w:p/>
        </w:tc>
        <w:tc>
          <w:tcPr>
            <w:tcW w:type="dxa" w:w="1020"/>
          </w:tcPr>
          <w:p/>
        </w:tc>
        <w:tc>
          <w:tcPr>
            <w:tcW w:type="dxa" w:w="1587"/>
          </w:tcPr>
          <w:p/>
        </w:tc>
        <w:tc>
          <w:tcPr>
            <w:tcW w:type="dxa" w:w="1474"/>
          </w:tcPr>
          <w:p/>
        </w:tc>
      </w:tr>
      <w:tr>
        <w:trPr>
          <w:trHeight w:val="397"/>
        </w:trPr>
        <w:tc>
          <w:tcPr>
            <w:tcW w:type="dxa" w:w="3742"/>
          </w:tcPr>
          <w:p/>
        </w:tc>
        <w:tc>
          <w:tcPr>
            <w:tcW w:type="dxa" w:w="794"/>
          </w:tcPr>
          <w:p/>
        </w:tc>
        <w:tc>
          <w:tcPr>
            <w:tcW w:type="dxa" w:w="1361"/>
          </w:tcPr>
          <w:p/>
        </w:tc>
        <w:tc>
          <w:tcPr>
            <w:tcW w:type="dxa" w:w="1020"/>
          </w:tcPr>
          <w:p/>
        </w:tc>
        <w:tc>
          <w:tcPr>
            <w:tcW w:type="dxa" w:w="1587"/>
          </w:tcPr>
          <w:p/>
        </w:tc>
        <w:tc>
          <w:tcPr>
            <w:tcW w:type="dxa" w:w="1474"/>
          </w:tcPr>
          <w:p/>
        </w:tc>
      </w:tr>
      <w:tr>
        <w:trPr>
          <w:trHeight w:val="397"/>
        </w:trPr>
        <w:tc>
          <w:tcPr>
            <w:tcW w:type="dxa" w:w="3742"/>
          </w:tcPr>
          <w:p/>
        </w:tc>
        <w:tc>
          <w:tcPr>
            <w:tcW w:type="dxa" w:w="794"/>
          </w:tcPr>
          <w:p/>
        </w:tc>
        <w:tc>
          <w:tcPr>
            <w:tcW w:type="dxa" w:w="1361"/>
          </w:tcPr>
          <w:p/>
        </w:tc>
        <w:tc>
          <w:tcPr>
            <w:tcW w:type="dxa" w:w="1020"/>
          </w:tcPr>
          <w:p/>
        </w:tc>
        <w:tc>
          <w:tcPr>
            <w:tcW w:type="dxa" w:w="1587"/>
          </w:tcPr>
          <w:p/>
        </w:tc>
        <w:tc>
          <w:tcPr>
            <w:tcW w:type="dxa" w:w="1474"/>
          </w:tcPr>
          <w:p/>
        </w:tc>
      </w:tr>
      <w:tr>
        <w:trPr>
          <w:trHeight w:val="397"/>
        </w:trPr>
        <w:tc>
          <w:tcPr>
            <w:tcW w:type="dxa" w:w="3742"/>
          </w:tcPr>
          <w:p/>
        </w:tc>
        <w:tc>
          <w:tcPr>
            <w:tcW w:type="dxa" w:w="794"/>
          </w:tcPr>
          <w:p/>
        </w:tc>
        <w:tc>
          <w:tcPr>
            <w:tcW w:type="dxa" w:w="1361"/>
          </w:tcPr>
          <w:p/>
        </w:tc>
        <w:tc>
          <w:tcPr>
            <w:tcW w:type="dxa" w:w="1020"/>
          </w:tcPr>
          <w:p/>
        </w:tc>
        <w:tc>
          <w:tcPr>
            <w:tcW w:type="dxa" w:w="1587"/>
          </w:tcPr>
          <w:p/>
        </w:tc>
        <w:tc>
          <w:tcPr>
            <w:tcW w:type="dxa" w:w="1474"/>
          </w:tcPr>
          <w:p/>
        </w:tc>
      </w:tr>
      <w:tr>
        <w:trPr>
          <w:trHeight w:val="397"/>
        </w:trPr>
        <w:tc>
          <w:tcPr>
            <w:tcW w:type="dxa" w:w="3742"/>
          </w:tcPr>
          <w:p/>
        </w:tc>
        <w:tc>
          <w:tcPr>
            <w:tcW w:type="dxa" w:w="794"/>
          </w:tcPr>
          <w:p/>
        </w:tc>
        <w:tc>
          <w:tcPr>
            <w:tcW w:type="dxa" w:w="1361"/>
          </w:tcPr>
          <w:p/>
        </w:tc>
        <w:tc>
          <w:tcPr>
            <w:tcW w:type="dxa" w:w="1020"/>
          </w:tcPr>
          <w:p/>
        </w:tc>
        <w:tc>
          <w:tcPr>
            <w:tcW w:type="dxa" w:w="1587"/>
          </w:tcPr>
          <w:p/>
        </w:tc>
        <w:tc>
          <w:tcPr>
            <w:tcW w:type="dxa" w:w="1474"/>
          </w:tcPr>
          <w:p/>
        </w:tc>
      </w:tr>
      <w:tr>
        <w:trPr>
          <w:trHeight w:val="397"/>
        </w:trPr>
        <w:tc>
          <w:tcPr>
            <w:tcW w:type="dxa" w:w="3742"/>
          </w:tcPr>
          <w:p/>
        </w:tc>
        <w:tc>
          <w:tcPr>
            <w:tcW w:type="dxa" w:w="794"/>
          </w:tcPr>
          <w:p/>
        </w:tc>
        <w:tc>
          <w:tcPr>
            <w:tcW w:type="dxa" w:w="1361"/>
          </w:tcPr>
          <w:p/>
        </w:tc>
        <w:tc>
          <w:tcPr>
            <w:tcW w:type="dxa" w:w="1020"/>
          </w:tcPr>
          <w:p/>
        </w:tc>
        <w:tc>
          <w:tcPr>
            <w:tcW w:type="dxa" w:w="1587"/>
          </w:tcPr>
          <w:p/>
        </w:tc>
        <w:tc>
          <w:tcPr>
            <w:tcW w:type="dxa" w:w="1474"/>
          </w:tcPr>
          <w:p/>
        </w:tc>
      </w:tr>
      <w:tr>
        <w:trPr>
          <w:trHeight w:val="397"/>
        </w:trPr>
        <w:tc>
          <w:tcPr>
            <w:tcW w:type="dxa" w:w="3742"/>
          </w:tcPr>
          <w:p/>
        </w:tc>
        <w:tc>
          <w:tcPr>
            <w:tcW w:type="dxa" w:w="794"/>
          </w:tcPr>
          <w:p/>
        </w:tc>
        <w:tc>
          <w:tcPr>
            <w:tcW w:type="dxa" w:w="1361"/>
          </w:tcPr>
          <w:p/>
        </w:tc>
        <w:tc>
          <w:tcPr>
            <w:tcW w:type="dxa" w:w="1020"/>
          </w:tcPr>
          <w:p/>
        </w:tc>
        <w:tc>
          <w:tcPr>
            <w:tcW w:type="dxa" w:w="1587"/>
          </w:tcPr>
          <w:p/>
        </w:tc>
        <w:tc>
          <w:tcPr>
            <w:tcW w:type="dxa" w:w="1474"/>
          </w:tcPr>
          <w:p/>
        </w:tc>
      </w:tr>
      <w:tr>
        <w:trPr>
          <w:trHeight w:val="397"/>
        </w:trPr>
        <w:tc>
          <w:tcPr>
            <w:tcW w:type="dxa" w:w="3742"/>
          </w:tcPr>
          <w:p/>
        </w:tc>
        <w:tc>
          <w:tcPr>
            <w:tcW w:type="dxa" w:w="794"/>
          </w:tcPr>
          <w:p/>
        </w:tc>
        <w:tc>
          <w:tcPr>
            <w:tcW w:type="dxa" w:w="1361"/>
          </w:tcPr>
          <w:p/>
        </w:tc>
        <w:tc>
          <w:tcPr>
            <w:tcW w:type="dxa" w:w="1020"/>
          </w:tcPr>
          <w:p/>
        </w:tc>
        <w:tc>
          <w:tcPr>
            <w:tcW w:type="dxa" w:w="1587"/>
          </w:tcPr>
          <w:p/>
        </w:tc>
        <w:tc>
          <w:tcPr>
            <w:tcW w:type="dxa" w:w="1474"/>
          </w:tcPr>
          <w:p/>
        </w:tc>
      </w:tr>
    </w:tbl>
    <w:p/>
    <w:tbl>
      <w:tblPr>
        <w:tblStyle w:val="TableGrid"/>
        <w:tblW w:type="auto" w:w="0"/>
        <w:jc w:val="right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386"/>
          </w:tcPr>
          <w:p>
            <w:r>
              <w:t>Subtotal (excluding VAT)</w:t>
            </w:r>
          </w:p>
        </w:tc>
        <w:tc>
          <w:tcPr>
            <w:tcW w:type="dxa" w:w="2268"/>
          </w:tcPr>
          <w:p>
            <w:r/>
          </w:p>
        </w:tc>
      </w:tr>
      <w:tr>
        <w:tc>
          <w:tcPr>
            <w:tcW w:type="dxa" w:w="5386"/>
          </w:tcPr>
          <w:p>
            <w:r>
              <w:t>Total VAT</w:t>
            </w:r>
          </w:p>
        </w:tc>
        <w:tc>
          <w:tcPr>
            <w:tcW w:type="dxa" w:w="2268"/>
          </w:tcPr>
          <w:p>
            <w:r/>
          </w:p>
        </w:tc>
      </w:tr>
      <w:tr>
        <w:tc>
          <w:tcPr>
            <w:tcW w:type="dxa" w:w="5386"/>
          </w:tcPr>
          <w:p>
            <w:r>
              <w:t>TOTAL AMOUNT DUE</w:t>
            </w:r>
          </w:p>
        </w:tc>
        <w:tc>
          <w:tcPr>
            <w:tcW w:type="dxa" w:w="2268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F1F4F8"/>
          </w:tcPr>
          <w:p>
            <w:r/>
            <w:r>
              <w:rPr>
                <w:b/>
                <w:sz w:val="15"/>
              </w:rPr>
              <w:t>PAYMENT DETAILS (ACCOUNT NAME, SORT CODE, ACCOUNT NUMBER) AND PAYMENT TERMS</w:t>
            </w:r>
          </w:p>
        </w:tc>
      </w:tr>
      <w:tr>
        <w:tc>
          <w:tcPr>
            <w:tcW w:type="dxa" w:w="10206"/>
          </w:tcPr>
          <w:p>
            <w:r>
              <w:br/>
              <w:br/>
            </w:r>
          </w:p>
        </w:tc>
      </w:tr>
    </w:tbl>
    <w:p/>
    <w:p>
      <w:r>
        <w:rPr>
          <w:color w:val="555555"/>
          <w:sz w:val="17"/>
        </w:rPr>
        <w:t>Not VAT-registered? Leave the VAT rate and VAT columns empty and do not show a VAT number.</w:t>
      </w:r>
    </w:p>
    <w:p>
      <w:r>
        <w:br w:type="page"/>
      </w:r>
    </w:p>
    <w:p>
      <w:r>
        <w:rPr>
          <w:b/>
          <w:color w:val="0D83DD"/>
          <w:sz w:val="26"/>
        </w:rPr>
        <w:t>What a UK invoice must include (GOV.UK)</w:t>
      </w:r>
    </w:p>
    <w:p>
      <w:r>
        <w:t>Tick each item off before you send the invoice.</w:t>
      </w:r>
    </w:p>
    <w:p>
      <w:r>
        <w:t>☐  A unique invoice number (VAT invoices: a sequential number)</w:t>
      </w:r>
    </w:p>
    <w:p>
      <w:r>
        <w:t>☐  Your name and any business name you use, address and contact details</w:t>
      </w:r>
    </w:p>
    <w:p>
      <w:r>
        <w:t>☐  If you use a business name: an address where legal documents can be delivered to you</w:t>
      </w:r>
    </w:p>
    <w:p>
      <w:r>
        <w:t>☐  The customer's company name and address</w:t>
      </w:r>
    </w:p>
    <w:p>
      <w:r>
        <w:t>☐  A clear description of what you are charging for</w:t>
      </w:r>
    </w:p>
    <w:p>
      <w:r>
        <w:t>☐  The date the goods or service were provided (supply date, also called the tax point)</w:t>
      </w:r>
    </w:p>
    <w:p>
      <w:r>
        <w:t>☐  The date of the invoice</w:t>
      </w:r>
    </w:p>
    <w:p>
      <w:r>
        <w:t>☐  The amount(s) being charged</w:t>
      </w:r>
    </w:p>
    <w:p>
      <w:r>
        <w:t>☐  VAT amount, if applicable (VAT-registered only)</w:t>
      </w:r>
    </w:p>
    <w:p>
      <w:r>
        <w:t>☐  The total amount owed</w:t>
      </w:r>
    </w:p>
    <w:p>
      <w:r>
        <w:t>☐  VAT-registered: your VAT registration number, the VAT rate and the amount excluding VAT for each line, and the total VAT in sterling</w:t>
      </w:r>
    </w:p>
    <w:p>
      <w:r>
        <w:t>☐  Limited company: the full company name as on the certificate of incorporation</w:t>
      </w:r>
    </w:p>
    <w:p>
      <w:r>
        <w:rPr>
          <w:b/>
        </w:rPr>
        <w:t>Sources</w:t>
      </w:r>
    </w:p>
    <w:p>
      <w:r>
        <w:rPr>
          <w:color w:val="555555"/>
          <w:sz w:val="16"/>
        </w:rPr>
        <w:t>Invoices: what they must include: https://www.gov.uk/invoicing-and-taking-payment-from-customers/invoices-what-they-must-include</w:t>
      </w:r>
    </w:p>
    <w:p>
      <w:r>
        <w:rPr>
          <w:color w:val="555555"/>
          <w:sz w:val="16"/>
        </w:rPr>
        <w:t>VAT invoice details (HMRC VAT Traders' Records manual): https://www.gov.uk/hmrc-internal-manuals/vat-trader-records/vatrec5010</w:t>
      </w:r>
    </w:p>
    <w:sectPr w:rsidR="00FC693F" w:rsidRPr="0006063C" w:rsidSect="00034616">
      <w:footerReference w:type="default" r:id="rId9"/>
      <w:pgSz w:w="11906" w:h="16838"/>
      <w:pgMar w:top="794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5"/>
      </w:rPr>
      <w:t>Free template from BillMyWeek (billmyweek.com). General guidance only, not tax or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